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9AE7" w14:textId="77777777" w:rsidR="00D45108" w:rsidRDefault="00D45108" w:rsidP="00D45108">
      <w:pPr>
        <w:pStyle w:val="Nadpis1"/>
        <w:ind w:right="43"/>
        <w:jc w:val="center"/>
        <w:rPr>
          <w:color w:val="E66E00"/>
          <w:sz w:val="36"/>
          <w:szCs w:val="36"/>
        </w:rPr>
      </w:pPr>
      <w:r w:rsidRPr="00D45108">
        <w:rPr>
          <w:noProof/>
        </w:rPr>
        <w:drawing>
          <wp:anchor distT="0" distB="0" distL="114300" distR="114300" simplePos="0" relativeHeight="251657216" behindDoc="0" locked="0" layoutInCell="1" allowOverlap="1" wp14:anchorId="7983E36D" wp14:editId="5E8CA715">
            <wp:simplePos x="0" y="0"/>
            <wp:positionH relativeFrom="column">
              <wp:posOffset>3551555</wp:posOffset>
            </wp:positionH>
            <wp:positionV relativeFrom="paragraph">
              <wp:posOffset>-635000</wp:posOffset>
            </wp:positionV>
            <wp:extent cx="3194050" cy="1074420"/>
            <wp:effectExtent l="0" t="0" r="6350" b="0"/>
            <wp:wrapSquare wrapText="bothSides"/>
            <wp:docPr id="4531419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41970" name=""/>
                    <pic:cNvPicPr/>
                  </pic:nvPicPr>
                  <pic:blipFill rotWithShape="1">
                    <a:blip r:embed="rId8"/>
                    <a:srcRect t="17310" r="38735" b="20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1074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C45FE" w14:textId="76E59F13" w:rsidR="008F1223" w:rsidRPr="00D45108" w:rsidRDefault="00000000" w:rsidP="00D45108">
      <w:pPr>
        <w:pStyle w:val="Nadpis1"/>
        <w:ind w:right="43"/>
        <w:jc w:val="center"/>
        <w:rPr>
          <w:sz w:val="40"/>
          <w:szCs w:val="40"/>
        </w:rPr>
      </w:pPr>
      <w:r w:rsidRPr="00D45108">
        <w:rPr>
          <w:color w:val="E66E00"/>
          <w:sz w:val="40"/>
          <w:szCs w:val="40"/>
        </w:rPr>
        <w:t>REKLAMAČNÍ PROTOKOL</w:t>
      </w:r>
    </w:p>
    <w:p w14:paraId="36460F58" w14:textId="000B5F85" w:rsidR="008F1223" w:rsidRPr="00EB096B" w:rsidRDefault="00000000">
      <w:pPr>
        <w:rPr>
          <w:b/>
          <w:bCs/>
          <w:sz w:val="28"/>
          <w:szCs w:val="28"/>
        </w:rPr>
      </w:pPr>
      <w:proofErr w:type="spellStart"/>
      <w:r w:rsidRPr="00D45108">
        <w:rPr>
          <w:sz w:val="28"/>
          <w:szCs w:val="28"/>
        </w:rPr>
        <w:t>Vyplněný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reklamační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protokol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přiložte</w:t>
      </w:r>
      <w:proofErr w:type="spellEnd"/>
      <w:r w:rsidRPr="00D45108">
        <w:rPr>
          <w:sz w:val="28"/>
          <w:szCs w:val="28"/>
        </w:rPr>
        <w:t xml:space="preserve"> k </w:t>
      </w:r>
      <w:proofErr w:type="spellStart"/>
      <w:r w:rsidRPr="00D45108">
        <w:rPr>
          <w:sz w:val="28"/>
          <w:szCs w:val="28"/>
        </w:rPr>
        <w:t>zásilce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nebo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jej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předejte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osobně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společně</w:t>
      </w:r>
      <w:proofErr w:type="spellEnd"/>
      <w:r w:rsidRPr="00D45108">
        <w:rPr>
          <w:sz w:val="28"/>
          <w:szCs w:val="28"/>
        </w:rPr>
        <w:t xml:space="preserve"> </w:t>
      </w:r>
      <w:r w:rsidR="00EB096B">
        <w:rPr>
          <w:sz w:val="28"/>
          <w:szCs w:val="28"/>
        </w:rPr>
        <w:t xml:space="preserve">            </w:t>
      </w:r>
      <w:r w:rsidRPr="00D45108">
        <w:rPr>
          <w:sz w:val="28"/>
          <w:szCs w:val="28"/>
        </w:rPr>
        <w:t xml:space="preserve">s </w:t>
      </w:r>
      <w:proofErr w:type="spellStart"/>
      <w:r w:rsidRPr="00D45108">
        <w:rPr>
          <w:sz w:val="28"/>
          <w:szCs w:val="28"/>
        </w:rPr>
        <w:t>kopií</w:t>
      </w:r>
      <w:proofErr w:type="spellEnd"/>
      <w:r w:rsidRPr="00D45108">
        <w:rPr>
          <w:sz w:val="28"/>
          <w:szCs w:val="28"/>
        </w:rPr>
        <w:t xml:space="preserve"> dokladu o </w:t>
      </w:r>
      <w:proofErr w:type="spellStart"/>
      <w:r w:rsidRPr="00D45108">
        <w:rPr>
          <w:sz w:val="28"/>
          <w:szCs w:val="28"/>
        </w:rPr>
        <w:t>koupi</w:t>
      </w:r>
      <w:proofErr w:type="spellEnd"/>
      <w:r w:rsidR="00EB096B">
        <w:rPr>
          <w:sz w:val="28"/>
          <w:szCs w:val="28"/>
        </w:rPr>
        <w:t xml:space="preserve"> </w:t>
      </w:r>
      <w:proofErr w:type="spellStart"/>
      <w:r w:rsidR="00EB096B">
        <w:rPr>
          <w:sz w:val="28"/>
          <w:szCs w:val="28"/>
        </w:rPr>
        <w:t>na</w:t>
      </w:r>
      <w:proofErr w:type="spellEnd"/>
      <w:r w:rsidR="00EB096B">
        <w:rPr>
          <w:sz w:val="28"/>
          <w:szCs w:val="28"/>
        </w:rPr>
        <w:t xml:space="preserve"> </w:t>
      </w:r>
      <w:proofErr w:type="spellStart"/>
      <w:r w:rsidR="00EB096B">
        <w:rPr>
          <w:sz w:val="28"/>
          <w:szCs w:val="28"/>
        </w:rPr>
        <w:t>adresu</w:t>
      </w:r>
      <w:proofErr w:type="spellEnd"/>
      <w:r w:rsidR="00EB096B">
        <w:rPr>
          <w:sz w:val="28"/>
          <w:szCs w:val="28"/>
        </w:rPr>
        <w:t xml:space="preserve">: </w:t>
      </w:r>
      <w:r w:rsidR="00EB096B" w:rsidRPr="00EB096B">
        <w:rPr>
          <w:b/>
          <w:bCs/>
          <w:sz w:val="28"/>
          <w:szCs w:val="28"/>
        </w:rPr>
        <w:t xml:space="preserve">Solight Holding </w:t>
      </w:r>
      <w:proofErr w:type="spellStart"/>
      <w:r w:rsidR="00EB096B" w:rsidRPr="00EB096B">
        <w:rPr>
          <w:b/>
          <w:bCs/>
          <w:sz w:val="28"/>
          <w:szCs w:val="28"/>
        </w:rPr>
        <w:t>s.r.o.</w:t>
      </w:r>
      <w:proofErr w:type="spellEnd"/>
      <w:r w:rsidR="00EB096B" w:rsidRPr="00EB096B">
        <w:rPr>
          <w:b/>
          <w:bCs/>
          <w:sz w:val="28"/>
          <w:szCs w:val="28"/>
        </w:rPr>
        <w:t xml:space="preserve"> </w:t>
      </w:r>
      <w:proofErr w:type="spellStart"/>
      <w:r w:rsidR="00A617D1">
        <w:rPr>
          <w:b/>
          <w:bCs/>
          <w:sz w:val="28"/>
          <w:szCs w:val="28"/>
        </w:rPr>
        <w:t>Brněnská</w:t>
      </w:r>
      <w:proofErr w:type="spellEnd"/>
      <w:r w:rsidR="00A617D1">
        <w:rPr>
          <w:b/>
          <w:bCs/>
          <w:sz w:val="28"/>
          <w:szCs w:val="28"/>
        </w:rPr>
        <w:t xml:space="preserve"> 4646/69</w:t>
      </w:r>
      <w:r w:rsidR="00EB096B" w:rsidRPr="00EB096B">
        <w:rPr>
          <w:b/>
          <w:bCs/>
          <w:sz w:val="28"/>
          <w:szCs w:val="28"/>
        </w:rPr>
        <w:t>, 796 0</w:t>
      </w:r>
      <w:r w:rsidR="00A617D1">
        <w:rPr>
          <w:b/>
          <w:bCs/>
          <w:sz w:val="28"/>
          <w:szCs w:val="28"/>
        </w:rPr>
        <w:t>1</w:t>
      </w:r>
      <w:r w:rsidR="00EB096B" w:rsidRPr="00EB096B">
        <w:rPr>
          <w:b/>
          <w:bCs/>
          <w:sz w:val="28"/>
          <w:szCs w:val="28"/>
        </w:rPr>
        <w:t xml:space="preserve"> </w:t>
      </w:r>
      <w:proofErr w:type="spellStart"/>
      <w:r w:rsidR="00EB096B" w:rsidRPr="00EB096B">
        <w:rPr>
          <w:b/>
          <w:bCs/>
          <w:sz w:val="28"/>
          <w:szCs w:val="28"/>
        </w:rPr>
        <w:t>Prostějov</w:t>
      </w:r>
      <w:proofErr w:type="spellEnd"/>
      <w:r w:rsidR="00EB096B" w:rsidRPr="00EB096B">
        <w:rPr>
          <w:b/>
          <w:bCs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8F1223" w:rsidRPr="00D45108" w14:paraId="611D61E9" w14:textId="77777777" w:rsidTr="00D45108">
        <w:trPr>
          <w:jc w:val="center"/>
        </w:trPr>
        <w:tc>
          <w:tcPr>
            <w:tcW w:w="4320" w:type="dxa"/>
          </w:tcPr>
          <w:p w14:paraId="38C7764A" w14:textId="67383870" w:rsidR="008F1223" w:rsidRPr="00D45108" w:rsidRDefault="00000000">
            <w:pPr>
              <w:rPr>
                <w:sz w:val="32"/>
                <w:szCs w:val="32"/>
              </w:rPr>
            </w:pPr>
            <w:proofErr w:type="spellStart"/>
            <w:r w:rsidRPr="00D45108">
              <w:rPr>
                <w:sz w:val="28"/>
                <w:szCs w:val="28"/>
              </w:rPr>
              <w:t>Reklamovaný</w:t>
            </w:r>
            <w:proofErr w:type="spellEnd"/>
            <w:r w:rsidRPr="00D45108">
              <w:rPr>
                <w:sz w:val="28"/>
                <w:szCs w:val="28"/>
              </w:rPr>
              <w:t xml:space="preserve"> </w:t>
            </w:r>
            <w:r w:rsidR="00D45108" w:rsidRPr="00D45108">
              <w:rPr>
                <w:sz w:val="28"/>
                <w:szCs w:val="28"/>
              </w:rPr>
              <w:t>produkt:</w:t>
            </w:r>
          </w:p>
        </w:tc>
        <w:tc>
          <w:tcPr>
            <w:tcW w:w="4320" w:type="dxa"/>
          </w:tcPr>
          <w:p w14:paraId="5711CE1F" w14:textId="77777777" w:rsidR="008F1223" w:rsidRPr="00D45108" w:rsidRDefault="008F1223">
            <w:pPr>
              <w:rPr>
                <w:sz w:val="32"/>
                <w:szCs w:val="32"/>
              </w:rPr>
            </w:pPr>
          </w:p>
        </w:tc>
      </w:tr>
      <w:tr w:rsidR="008F1223" w:rsidRPr="00D45108" w14:paraId="36A3C7C8" w14:textId="77777777" w:rsidTr="00D45108">
        <w:trPr>
          <w:jc w:val="center"/>
        </w:trPr>
        <w:tc>
          <w:tcPr>
            <w:tcW w:w="4320" w:type="dxa"/>
          </w:tcPr>
          <w:p w14:paraId="3F422201" w14:textId="6B67D66F" w:rsidR="008F1223" w:rsidRPr="00D45108" w:rsidRDefault="00000000">
            <w:pPr>
              <w:rPr>
                <w:sz w:val="32"/>
                <w:szCs w:val="32"/>
              </w:rPr>
            </w:pPr>
            <w:r w:rsidRPr="00D45108">
              <w:rPr>
                <w:sz w:val="28"/>
                <w:szCs w:val="28"/>
              </w:rPr>
              <w:t xml:space="preserve">Číslo </w:t>
            </w:r>
            <w:proofErr w:type="spellStart"/>
            <w:r w:rsidRPr="00D45108">
              <w:rPr>
                <w:sz w:val="28"/>
                <w:szCs w:val="28"/>
              </w:rPr>
              <w:t>nákupního</w:t>
            </w:r>
            <w:proofErr w:type="spellEnd"/>
            <w:r w:rsidRPr="00D45108">
              <w:rPr>
                <w:sz w:val="28"/>
                <w:szCs w:val="28"/>
              </w:rPr>
              <w:t xml:space="preserve"> dokladu</w:t>
            </w:r>
            <w:r w:rsidR="00EB096B">
              <w:rPr>
                <w:sz w:val="28"/>
                <w:szCs w:val="28"/>
              </w:rPr>
              <w:t xml:space="preserve"> </w:t>
            </w:r>
            <w:r w:rsidR="00EB096B" w:rsidRPr="00EB096B">
              <w:t xml:space="preserve">(faktura, </w:t>
            </w:r>
            <w:proofErr w:type="spellStart"/>
            <w:r w:rsidR="00EB096B" w:rsidRPr="00EB096B">
              <w:t>dodací</w:t>
            </w:r>
            <w:proofErr w:type="spellEnd"/>
            <w:r w:rsidR="00EB096B" w:rsidRPr="00EB096B">
              <w:t xml:space="preserve"> list </w:t>
            </w:r>
            <w:proofErr w:type="spellStart"/>
            <w:r w:rsidR="00EB096B" w:rsidRPr="00EB096B">
              <w:t>apod</w:t>
            </w:r>
            <w:proofErr w:type="spellEnd"/>
            <w:r w:rsidR="00EB096B" w:rsidRPr="00EB096B">
              <w:t>.)</w:t>
            </w:r>
            <w:r w:rsidR="00D45108" w:rsidRPr="00D45108">
              <w:rPr>
                <w:sz w:val="28"/>
                <w:szCs w:val="28"/>
              </w:rPr>
              <w:t>:</w:t>
            </w:r>
          </w:p>
        </w:tc>
        <w:tc>
          <w:tcPr>
            <w:tcW w:w="4320" w:type="dxa"/>
          </w:tcPr>
          <w:p w14:paraId="671F4B97" w14:textId="77777777" w:rsidR="008F1223" w:rsidRPr="00D45108" w:rsidRDefault="008F1223">
            <w:pPr>
              <w:rPr>
                <w:sz w:val="32"/>
                <w:szCs w:val="32"/>
              </w:rPr>
            </w:pPr>
          </w:p>
        </w:tc>
      </w:tr>
      <w:tr w:rsidR="008F1223" w:rsidRPr="00D45108" w14:paraId="2233D233" w14:textId="77777777" w:rsidTr="00D45108">
        <w:trPr>
          <w:jc w:val="center"/>
        </w:trPr>
        <w:tc>
          <w:tcPr>
            <w:tcW w:w="4320" w:type="dxa"/>
          </w:tcPr>
          <w:p w14:paraId="44341B06" w14:textId="7DE794B7" w:rsidR="008F1223" w:rsidRPr="00D45108" w:rsidRDefault="00000000">
            <w:pPr>
              <w:rPr>
                <w:sz w:val="32"/>
                <w:szCs w:val="32"/>
              </w:rPr>
            </w:pPr>
            <w:r w:rsidRPr="00D45108">
              <w:rPr>
                <w:sz w:val="28"/>
                <w:szCs w:val="28"/>
              </w:rPr>
              <w:t>Jméno a příjmení</w:t>
            </w:r>
            <w:r w:rsidR="00D45108" w:rsidRPr="00D45108">
              <w:rPr>
                <w:sz w:val="28"/>
                <w:szCs w:val="28"/>
              </w:rPr>
              <w:t>:</w:t>
            </w:r>
          </w:p>
        </w:tc>
        <w:tc>
          <w:tcPr>
            <w:tcW w:w="4320" w:type="dxa"/>
          </w:tcPr>
          <w:p w14:paraId="1DFD8714" w14:textId="77777777" w:rsidR="008F1223" w:rsidRPr="00D45108" w:rsidRDefault="008F1223">
            <w:pPr>
              <w:rPr>
                <w:sz w:val="32"/>
                <w:szCs w:val="32"/>
              </w:rPr>
            </w:pPr>
          </w:p>
        </w:tc>
      </w:tr>
      <w:tr w:rsidR="008F1223" w:rsidRPr="00D45108" w14:paraId="3D67E7AB" w14:textId="77777777" w:rsidTr="00D45108">
        <w:trPr>
          <w:jc w:val="center"/>
        </w:trPr>
        <w:tc>
          <w:tcPr>
            <w:tcW w:w="4320" w:type="dxa"/>
          </w:tcPr>
          <w:p w14:paraId="3913B064" w14:textId="38412E96" w:rsidR="008F1223" w:rsidRPr="00D45108" w:rsidRDefault="00000000">
            <w:pPr>
              <w:rPr>
                <w:sz w:val="32"/>
                <w:szCs w:val="32"/>
              </w:rPr>
            </w:pPr>
            <w:r w:rsidRPr="00D45108">
              <w:rPr>
                <w:sz w:val="28"/>
                <w:szCs w:val="28"/>
              </w:rPr>
              <w:t>Adresa</w:t>
            </w:r>
            <w:r w:rsidR="00D45108" w:rsidRPr="00D45108">
              <w:rPr>
                <w:sz w:val="28"/>
                <w:szCs w:val="28"/>
              </w:rPr>
              <w:t>:</w:t>
            </w:r>
          </w:p>
        </w:tc>
        <w:tc>
          <w:tcPr>
            <w:tcW w:w="4320" w:type="dxa"/>
          </w:tcPr>
          <w:p w14:paraId="4362B934" w14:textId="77777777" w:rsidR="008F1223" w:rsidRPr="00D45108" w:rsidRDefault="008F1223">
            <w:pPr>
              <w:rPr>
                <w:sz w:val="32"/>
                <w:szCs w:val="32"/>
              </w:rPr>
            </w:pPr>
          </w:p>
        </w:tc>
      </w:tr>
      <w:tr w:rsidR="008F1223" w:rsidRPr="00D45108" w14:paraId="49E1D9F7" w14:textId="77777777" w:rsidTr="00D45108">
        <w:trPr>
          <w:jc w:val="center"/>
        </w:trPr>
        <w:tc>
          <w:tcPr>
            <w:tcW w:w="4320" w:type="dxa"/>
          </w:tcPr>
          <w:p w14:paraId="562F548D" w14:textId="37A4FEF1" w:rsidR="008F1223" w:rsidRPr="00D45108" w:rsidRDefault="00000000">
            <w:pPr>
              <w:rPr>
                <w:sz w:val="32"/>
                <w:szCs w:val="32"/>
              </w:rPr>
            </w:pPr>
            <w:r w:rsidRPr="00D45108">
              <w:rPr>
                <w:sz w:val="28"/>
                <w:szCs w:val="28"/>
              </w:rPr>
              <w:t>Telefon</w:t>
            </w:r>
            <w:r w:rsidR="00D45108" w:rsidRPr="00D45108">
              <w:rPr>
                <w:sz w:val="28"/>
                <w:szCs w:val="28"/>
              </w:rPr>
              <w:t>:</w:t>
            </w:r>
          </w:p>
        </w:tc>
        <w:tc>
          <w:tcPr>
            <w:tcW w:w="4320" w:type="dxa"/>
          </w:tcPr>
          <w:p w14:paraId="70CB7F5C" w14:textId="77777777" w:rsidR="008F1223" w:rsidRPr="00D45108" w:rsidRDefault="008F1223">
            <w:pPr>
              <w:rPr>
                <w:sz w:val="32"/>
                <w:szCs w:val="32"/>
              </w:rPr>
            </w:pPr>
          </w:p>
        </w:tc>
      </w:tr>
      <w:tr w:rsidR="008F1223" w:rsidRPr="00D45108" w14:paraId="77A6AC2A" w14:textId="77777777" w:rsidTr="00D45108">
        <w:trPr>
          <w:jc w:val="center"/>
        </w:trPr>
        <w:tc>
          <w:tcPr>
            <w:tcW w:w="4320" w:type="dxa"/>
          </w:tcPr>
          <w:p w14:paraId="7873C825" w14:textId="4FD54435" w:rsidR="008F1223" w:rsidRPr="00D45108" w:rsidRDefault="00000000">
            <w:pPr>
              <w:rPr>
                <w:sz w:val="32"/>
                <w:szCs w:val="32"/>
              </w:rPr>
            </w:pPr>
            <w:r w:rsidRPr="00D45108">
              <w:rPr>
                <w:sz w:val="28"/>
                <w:szCs w:val="28"/>
              </w:rPr>
              <w:t>E-mail</w:t>
            </w:r>
            <w:r w:rsidR="00D45108" w:rsidRPr="00D45108">
              <w:rPr>
                <w:sz w:val="28"/>
                <w:szCs w:val="28"/>
              </w:rPr>
              <w:t>:</w:t>
            </w:r>
          </w:p>
        </w:tc>
        <w:tc>
          <w:tcPr>
            <w:tcW w:w="4320" w:type="dxa"/>
          </w:tcPr>
          <w:p w14:paraId="0CD23778" w14:textId="77777777" w:rsidR="008F1223" w:rsidRPr="00D45108" w:rsidRDefault="008F1223">
            <w:pPr>
              <w:rPr>
                <w:sz w:val="32"/>
                <w:szCs w:val="32"/>
              </w:rPr>
            </w:pPr>
          </w:p>
        </w:tc>
      </w:tr>
    </w:tbl>
    <w:p w14:paraId="5027C297" w14:textId="332D169E" w:rsidR="008F1223" w:rsidRPr="00D45108" w:rsidRDefault="00000000" w:rsidP="00D45108">
      <w:pPr>
        <w:pStyle w:val="Nadpis2"/>
        <w:rPr>
          <w:color w:val="auto"/>
          <w:sz w:val="28"/>
          <w:szCs w:val="28"/>
        </w:rPr>
      </w:pPr>
      <w:proofErr w:type="spellStart"/>
      <w:r w:rsidRPr="00D45108">
        <w:rPr>
          <w:color w:val="auto"/>
          <w:sz w:val="28"/>
          <w:szCs w:val="28"/>
        </w:rPr>
        <w:t>Popis</w:t>
      </w:r>
      <w:proofErr w:type="spellEnd"/>
      <w:r w:rsidRPr="00D45108">
        <w:rPr>
          <w:color w:val="auto"/>
          <w:sz w:val="28"/>
          <w:szCs w:val="28"/>
        </w:rPr>
        <w:t xml:space="preserve"> </w:t>
      </w:r>
      <w:proofErr w:type="spellStart"/>
      <w:r w:rsidRPr="00D45108">
        <w:rPr>
          <w:color w:val="auto"/>
          <w:sz w:val="28"/>
          <w:szCs w:val="28"/>
        </w:rPr>
        <w:t>závady</w:t>
      </w:r>
      <w:proofErr w:type="spellEnd"/>
      <w:r w:rsidR="00D45108" w:rsidRPr="00D45108">
        <w:rPr>
          <w:color w:val="auto"/>
          <w:sz w:val="28"/>
          <w:szCs w:val="28"/>
        </w:rPr>
        <w:t xml:space="preserve">: </w:t>
      </w:r>
    </w:p>
    <w:p w14:paraId="031D6AAC" w14:textId="2C24DEC8" w:rsidR="00D45108" w:rsidRPr="00D45108" w:rsidRDefault="00D45108" w:rsidP="00D45108">
      <w:r>
        <w:br/>
        <w:t>__________________________________________________________________________________________________________________________________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16"/>
      </w:tblGrid>
      <w:tr w:rsidR="008F1223" w14:paraId="4281235F" w14:textId="77777777" w:rsidTr="00D45108">
        <w:tc>
          <w:tcPr>
            <w:tcW w:w="10816" w:type="dxa"/>
          </w:tcPr>
          <w:p w14:paraId="2060F419" w14:textId="0F18C281" w:rsidR="008F1223" w:rsidRDefault="00D45108">
            <w:r>
              <w:t>__________________________________________________________________________________________________________________________________</w:t>
            </w:r>
          </w:p>
        </w:tc>
      </w:tr>
    </w:tbl>
    <w:p w14:paraId="700A9FD4" w14:textId="22D57F45" w:rsidR="00D45108" w:rsidRPr="00D45108" w:rsidRDefault="00D45108" w:rsidP="00D45108">
      <w:pPr>
        <w:rPr>
          <w:sz w:val="28"/>
          <w:szCs w:val="28"/>
        </w:rPr>
      </w:pPr>
      <w:r>
        <w:rPr>
          <w:sz w:val="28"/>
          <w:szCs w:val="28"/>
        </w:rPr>
        <w:br/>
      </w:r>
      <w:proofErr w:type="spellStart"/>
      <w:r w:rsidRPr="00D45108">
        <w:rPr>
          <w:sz w:val="28"/>
          <w:szCs w:val="28"/>
        </w:rPr>
        <w:t>Reklamována</w:t>
      </w:r>
      <w:proofErr w:type="spellEnd"/>
      <w:r w:rsidRPr="00D45108">
        <w:rPr>
          <w:sz w:val="28"/>
          <w:szCs w:val="28"/>
        </w:rPr>
        <w:t xml:space="preserve"> je </w:t>
      </w:r>
      <w:proofErr w:type="spellStart"/>
      <w:r w:rsidRPr="00D45108">
        <w:rPr>
          <w:sz w:val="28"/>
          <w:szCs w:val="28"/>
        </w:rPr>
        <w:t>pouze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část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produktu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nebo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příslušenství</w:t>
      </w:r>
      <w:proofErr w:type="spellEnd"/>
      <w:r w:rsidRPr="00D45108">
        <w:rPr>
          <w:sz w:val="28"/>
          <w:szCs w:val="28"/>
        </w:rPr>
        <w:t>?</w:t>
      </w:r>
      <w:r>
        <w:rPr>
          <w:sz w:val="28"/>
          <w:szCs w:val="28"/>
        </w:rPr>
        <w:t xml:space="preserve">               </w:t>
      </w:r>
      <w:sdt>
        <w:sdtPr>
          <w:rPr>
            <w:sz w:val="28"/>
            <w:szCs w:val="28"/>
          </w:rPr>
          <w:id w:val="2010554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2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45108">
        <w:rPr>
          <w:sz w:val="28"/>
          <w:szCs w:val="28"/>
        </w:rPr>
        <w:t xml:space="preserve"> ANO      </w:t>
      </w:r>
      <w:sdt>
        <w:sdtPr>
          <w:rPr>
            <w:sz w:val="28"/>
            <w:szCs w:val="28"/>
          </w:rPr>
          <w:id w:val="-2125223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2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D45108">
        <w:rPr>
          <w:sz w:val="28"/>
          <w:szCs w:val="28"/>
        </w:rPr>
        <w:t xml:space="preserve"> NE</w:t>
      </w:r>
    </w:p>
    <w:p w14:paraId="08066468" w14:textId="39CC2236" w:rsidR="008F1223" w:rsidRPr="00D45108" w:rsidRDefault="00000000">
      <w:pPr>
        <w:rPr>
          <w:sz w:val="28"/>
          <w:szCs w:val="28"/>
        </w:rPr>
      </w:pPr>
      <w:proofErr w:type="spellStart"/>
      <w:r w:rsidRPr="00D45108">
        <w:rPr>
          <w:sz w:val="28"/>
          <w:szCs w:val="28"/>
        </w:rPr>
        <w:t>Pokud</w:t>
      </w:r>
      <w:proofErr w:type="spellEnd"/>
      <w:r w:rsidRPr="00D45108">
        <w:rPr>
          <w:sz w:val="28"/>
          <w:szCs w:val="28"/>
        </w:rPr>
        <w:t xml:space="preserve"> </w:t>
      </w:r>
      <w:r w:rsidR="003853F3">
        <w:rPr>
          <w:sz w:val="28"/>
          <w:szCs w:val="28"/>
        </w:rPr>
        <w:t>ANO</w:t>
      </w:r>
      <w:r w:rsidRPr="00D45108">
        <w:rPr>
          <w:sz w:val="28"/>
          <w:szCs w:val="28"/>
        </w:rPr>
        <w:t xml:space="preserve">, </w:t>
      </w:r>
      <w:proofErr w:type="spellStart"/>
      <w:r w:rsidRPr="00D45108">
        <w:rPr>
          <w:sz w:val="28"/>
          <w:szCs w:val="28"/>
        </w:rPr>
        <w:t>uveďte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jaká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část</w:t>
      </w:r>
      <w:proofErr w:type="spellEnd"/>
      <w:r w:rsidR="003853F3">
        <w:rPr>
          <w:sz w:val="28"/>
          <w:szCs w:val="28"/>
        </w:rPr>
        <w:t xml:space="preserve"> </w:t>
      </w:r>
      <w:proofErr w:type="spellStart"/>
      <w:r w:rsidR="003853F3">
        <w:rPr>
          <w:sz w:val="28"/>
          <w:szCs w:val="28"/>
        </w:rPr>
        <w:t>produktu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nebo</w:t>
      </w:r>
      <w:proofErr w:type="spellEnd"/>
      <w:r w:rsidRPr="00D45108">
        <w:rPr>
          <w:sz w:val="28"/>
          <w:szCs w:val="28"/>
        </w:rPr>
        <w:t xml:space="preserve"> </w:t>
      </w:r>
      <w:proofErr w:type="spellStart"/>
      <w:r w:rsidRPr="00D45108">
        <w:rPr>
          <w:sz w:val="28"/>
          <w:szCs w:val="28"/>
        </w:rPr>
        <w:t>příslušenství</w:t>
      </w:r>
      <w:proofErr w:type="spellEnd"/>
      <w:r w:rsidRPr="00D45108">
        <w:rPr>
          <w:sz w:val="28"/>
          <w:szCs w:val="28"/>
        </w:rPr>
        <w:t>:</w:t>
      </w:r>
    </w:p>
    <w:p w14:paraId="7846AC3D" w14:textId="4FEBD5AF" w:rsidR="008F1223" w:rsidRDefault="00000000">
      <w:r>
        <w:t>________________________________________________________</w:t>
      </w:r>
      <w:r w:rsidR="00D45108">
        <w:t>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F1223" w14:paraId="23744630" w14:textId="77777777">
        <w:tc>
          <w:tcPr>
            <w:tcW w:w="4320" w:type="dxa"/>
          </w:tcPr>
          <w:p w14:paraId="4A4AA4C8" w14:textId="15EE1925" w:rsidR="008F1223" w:rsidRPr="00D45108" w:rsidRDefault="00385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D45108">
              <w:rPr>
                <w:sz w:val="28"/>
                <w:szCs w:val="28"/>
              </w:rPr>
              <w:t>Datum:</w:t>
            </w:r>
            <w:r w:rsidRPr="00D45108">
              <w:rPr>
                <w:sz w:val="28"/>
                <w:szCs w:val="28"/>
              </w:rPr>
              <w:br/>
            </w:r>
            <w:r w:rsidR="00D635B1">
              <w:rPr>
                <w:sz w:val="28"/>
                <w:szCs w:val="28"/>
              </w:rPr>
              <w:t xml:space="preserve">                   </w:t>
            </w:r>
            <w:r w:rsidR="00EB096B">
              <w:rPr>
                <w:sz w:val="28"/>
                <w:szCs w:val="28"/>
              </w:rPr>
              <w:t xml:space="preserve">     </w:t>
            </w:r>
            <w:r w:rsidRPr="00D45108">
              <w:rPr>
                <w:sz w:val="28"/>
                <w:szCs w:val="28"/>
              </w:rPr>
              <w:t>__________________</w:t>
            </w:r>
            <w:r w:rsidR="00EB096B">
              <w:rPr>
                <w:sz w:val="28"/>
                <w:szCs w:val="28"/>
              </w:rPr>
              <w:t>___</w:t>
            </w:r>
          </w:p>
        </w:tc>
        <w:tc>
          <w:tcPr>
            <w:tcW w:w="4320" w:type="dxa"/>
          </w:tcPr>
          <w:p w14:paraId="2CA079FA" w14:textId="6A47690B" w:rsidR="008F1223" w:rsidRPr="00D45108" w:rsidRDefault="00385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proofErr w:type="spellStart"/>
            <w:r w:rsidRPr="00D45108">
              <w:rPr>
                <w:sz w:val="28"/>
                <w:szCs w:val="28"/>
              </w:rPr>
              <w:t>Podpis</w:t>
            </w:r>
            <w:proofErr w:type="spellEnd"/>
            <w:r w:rsidRPr="00D45108">
              <w:rPr>
                <w:sz w:val="28"/>
                <w:szCs w:val="28"/>
              </w:rPr>
              <w:t>:</w:t>
            </w:r>
            <w:r w:rsidRPr="00D45108">
              <w:rPr>
                <w:sz w:val="28"/>
                <w:szCs w:val="28"/>
              </w:rPr>
              <w:br/>
            </w:r>
            <w:r w:rsidR="00D635B1">
              <w:rPr>
                <w:sz w:val="28"/>
                <w:szCs w:val="28"/>
              </w:rPr>
              <w:t xml:space="preserve">                    </w:t>
            </w:r>
            <w:r w:rsidR="00EB096B">
              <w:rPr>
                <w:sz w:val="28"/>
                <w:szCs w:val="28"/>
              </w:rPr>
              <w:t xml:space="preserve">        </w:t>
            </w:r>
            <w:r w:rsidRPr="00D45108">
              <w:rPr>
                <w:sz w:val="28"/>
                <w:szCs w:val="28"/>
              </w:rPr>
              <w:t>__________________</w:t>
            </w:r>
            <w:r w:rsidR="00EB096B">
              <w:rPr>
                <w:sz w:val="28"/>
                <w:szCs w:val="28"/>
              </w:rPr>
              <w:t>____</w:t>
            </w:r>
          </w:p>
        </w:tc>
      </w:tr>
    </w:tbl>
    <w:p w14:paraId="3EB55529" w14:textId="77777777" w:rsidR="008854C9" w:rsidRDefault="008854C9" w:rsidP="00EB096B"/>
    <w:sectPr w:rsidR="008854C9" w:rsidSect="00EB096B">
      <w:headerReference w:type="default" r:id="rId9"/>
      <w:pgSz w:w="12240" w:h="15840"/>
      <w:pgMar w:top="1134" w:right="758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FC66" w14:textId="77777777" w:rsidR="004C2377" w:rsidRDefault="004C2377">
      <w:pPr>
        <w:spacing w:after="0" w:line="240" w:lineRule="auto"/>
      </w:pPr>
      <w:r>
        <w:separator/>
      </w:r>
    </w:p>
  </w:endnote>
  <w:endnote w:type="continuationSeparator" w:id="0">
    <w:p w14:paraId="0B3D5BF8" w14:textId="77777777" w:rsidR="004C2377" w:rsidRDefault="004C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1EBA2" w14:textId="77777777" w:rsidR="004C2377" w:rsidRDefault="004C2377">
      <w:pPr>
        <w:spacing w:after="0" w:line="240" w:lineRule="auto"/>
      </w:pPr>
      <w:r>
        <w:separator/>
      </w:r>
    </w:p>
  </w:footnote>
  <w:footnote w:type="continuationSeparator" w:id="0">
    <w:p w14:paraId="59A71460" w14:textId="77777777" w:rsidR="004C2377" w:rsidRDefault="004C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AD8FF" w14:textId="77777777" w:rsidR="008F1223" w:rsidRDefault="00000000">
    <w:pPr>
      <w:pStyle w:val="Zhlav"/>
    </w:pPr>
    <w:r>
      <w:rPr>
        <w:noProof/>
      </w:rPr>
      <w:drawing>
        <wp:inline distT="0" distB="0" distL="0" distR="0" wp14:anchorId="467AAB23" wp14:editId="6B044377">
          <wp:extent cx="1620000" cy="368531"/>
          <wp:effectExtent l="0" t="0" r="0" b="0"/>
          <wp:docPr id="6589209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ght_smal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368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758467">
    <w:abstractNumId w:val="8"/>
  </w:num>
  <w:num w:numId="2" w16cid:durableId="161700403">
    <w:abstractNumId w:val="6"/>
  </w:num>
  <w:num w:numId="3" w16cid:durableId="1752503991">
    <w:abstractNumId w:val="5"/>
  </w:num>
  <w:num w:numId="4" w16cid:durableId="154348787">
    <w:abstractNumId w:val="4"/>
  </w:num>
  <w:num w:numId="5" w16cid:durableId="806125193">
    <w:abstractNumId w:val="7"/>
  </w:num>
  <w:num w:numId="6" w16cid:durableId="421953262">
    <w:abstractNumId w:val="3"/>
  </w:num>
  <w:num w:numId="7" w16cid:durableId="2024284852">
    <w:abstractNumId w:val="2"/>
  </w:num>
  <w:num w:numId="8" w16cid:durableId="11541026">
    <w:abstractNumId w:val="1"/>
  </w:num>
  <w:num w:numId="9" w16cid:durableId="174568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53F3"/>
    <w:rsid w:val="003C52F3"/>
    <w:rsid w:val="004764A0"/>
    <w:rsid w:val="004C2377"/>
    <w:rsid w:val="00647BAF"/>
    <w:rsid w:val="007B137B"/>
    <w:rsid w:val="008854C9"/>
    <w:rsid w:val="008F1223"/>
    <w:rsid w:val="009A2C5C"/>
    <w:rsid w:val="009F32FF"/>
    <w:rsid w:val="00A617D1"/>
    <w:rsid w:val="00AA1D8D"/>
    <w:rsid w:val="00B47730"/>
    <w:rsid w:val="00B542BE"/>
    <w:rsid w:val="00BB6131"/>
    <w:rsid w:val="00CB0664"/>
    <w:rsid w:val="00D45108"/>
    <w:rsid w:val="00D635B1"/>
    <w:rsid w:val="00D9643C"/>
    <w:rsid w:val="00E5548C"/>
    <w:rsid w:val="00E6034F"/>
    <w:rsid w:val="00EB096B"/>
    <w:rsid w:val="00F23F4D"/>
    <w:rsid w:val="00FC693F"/>
    <w:rsid w:val="00FE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5C60F"/>
  <w14:defaultImageDpi w14:val="330"/>
  <w15:docId w15:val="{A45DD0E2-346C-4B5C-94C1-B3B0973A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Kňava Ondřej</cp:lastModifiedBy>
  <cp:revision>2</cp:revision>
  <dcterms:created xsi:type="dcterms:W3CDTF">2026-09-16T05:36:00Z</dcterms:created>
  <dcterms:modified xsi:type="dcterms:W3CDTF">2026-09-16T05:36:00Z</dcterms:modified>
  <cp:category/>
</cp:coreProperties>
</file>